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E133B" w14:textId="5345DAAD" w:rsidR="00070B57" w:rsidRDefault="00070B57" w:rsidP="00070B5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color w:val="365F91" w:themeColor="accent1" w:themeShade="BF"/>
          <w:sz w:val="44"/>
          <w:szCs w:val="44"/>
        </w:rPr>
      </w:pPr>
      <w:r w:rsidRPr="00070B57">
        <w:rPr>
          <w:rFonts w:ascii="Calibri" w:eastAsia="Times New Roman" w:hAnsi="Calibri" w:cs="Calibri"/>
          <w:color w:val="365F91" w:themeColor="accent1" w:themeShade="BF"/>
          <w:sz w:val="44"/>
          <w:szCs w:val="44"/>
        </w:rPr>
        <w:t>Volunteer A</w:t>
      </w:r>
      <w:r w:rsidRPr="00070B57">
        <w:rPr>
          <w:rFonts w:ascii="Calibri" w:eastAsia="Times New Roman" w:hAnsi="Calibri" w:cs="Calibri"/>
          <w:color w:val="365F91" w:themeColor="accent1" w:themeShade="BF"/>
          <w:sz w:val="44"/>
          <w:szCs w:val="44"/>
        </w:rPr>
        <w:t>pplication</w:t>
      </w:r>
    </w:p>
    <w:p w14:paraId="7834A6B1" w14:textId="00AF9CEE" w:rsidR="00070B57" w:rsidRDefault="00070B57" w:rsidP="00070B5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709FDB" w:themeColor="text2" w:themeTint="80"/>
          <w:sz w:val="28"/>
          <w:szCs w:val="28"/>
        </w:rPr>
      </w:pPr>
      <w:r w:rsidRPr="00755960">
        <w:rPr>
          <w:rFonts w:ascii="Calibri" w:eastAsia="Times New Roman" w:hAnsi="Calibri" w:cs="Calibri"/>
          <w:b/>
          <w:bCs/>
          <w:color w:val="709FDB" w:themeColor="text2" w:themeTint="80"/>
          <w:sz w:val="28"/>
          <w:szCs w:val="28"/>
        </w:rPr>
        <w:t>City of Truth or Consequences</w:t>
      </w:r>
    </w:p>
    <w:p w14:paraId="361DEB4D" w14:textId="77777777" w:rsidR="00755960" w:rsidRPr="00755960" w:rsidRDefault="00755960" w:rsidP="00070B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709FDB" w:themeColor="text2" w:themeTint="80"/>
          <w:sz w:val="28"/>
          <w:szCs w:val="28"/>
        </w:rPr>
      </w:pPr>
    </w:p>
    <w:p w14:paraId="06305D5D" w14:textId="77777777" w:rsidR="009E449F" w:rsidRDefault="00000000">
      <w:pPr>
        <w:pStyle w:val="Heading1"/>
      </w:pPr>
      <w:r>
        <w:t>Personal Information</w:t>
      </w:r>
    </w:p>
    <w:p w14:paraId="087A60A7" w14:textId="61752EE8" w:rsidR="009E449F" w:rsidRDefault="00000000">
      <w:r>
        <w:t>Full Name: _______________</w:t>
      </w:r>
      <w:r w:rsidR="006522E4">
        <w:t>______________________________________________________</w:t>
      </w:r>
      <w:r>
        <w:t>_______________________</w:t>
      </w:r>
    </w:p>
    <w:p w14:paraId="59DA8C0E" w14:textId="56ED11B9" w:rsidR="009E449F" w:rsidRDefault="00000000">
      <w:r>
        <w:t>Date of Birth: ______________________</w:t>
      </w:r>
      <w:r w:rsidR="006522E4">
        <w:t>___________________________________________________________________</w:t>
      </w:r>
    </w:p>
    <w:p w14:paraId="303BE76E" w14:textId="2F8F5B2E" w:rsidR="009E449F" w:rsidRDefault="00000000">
      <w:r>
        <w:t>Phone Number: ______________________</w:t>
      </w:r>
      <w:r w:rsidR="006522E4">
        <w:t>_________________________________________________________________</w:t>
      </w:r>
    </w:p>
    <w:p w14:paraId="052A217C" w14:textId="74909817" w:rsidR="009E449F" w:rsidRDefault="00000000">
      <w:r>
        <w:t>Email Address: ______________________</w:t>
      </w:r>
      <w:r w:rsidR="006522E4">
        <w:t>__________________________________________________________________</w:t>
      </w:r>
    </w:p>
    <w:p w14:paraId="70500135" w14:textId="77777777" w:rsidR="006522E4" w:rsidRDefault="00000000">
      <w:r>
        <w:t>Address:</w:t>
      </w:r>
      <w:r>
        <w:br/>
        <w:t>___________________________________________________</w:t>
      </w:r>
      <w:r w:rsidR="006522E4">
        <w:t>______________________________________________________</w:t>
      </w:r>
    </w:p>
    <w:p w14:paraId="60D2E088" w14:textId="77777777" w:rsidR="009E449F" w:rsidRDefault="00000000">
      <w:pPr>
        <w:pStyle w:val="Heading1"/>
      </w:pPr>
      <w:r>
        <w:t>Emergency Contact</w:t>
      </w:r>
    </w:p>
    <w:p w14:paraId="14FCB2DA" w14:textId="775689A7" w:rsidR="009E449F" w:rsidRDefault="00000000">
      <w:r>
        <w:t>Name: _______________________</w:t>
      </w:r>
      <w:r w:rsidR="006522E4">
        <w:t>___________________________________________________________</w:t>
      </w:r>
      <w:r>
        <w:t>_______________</w:t>
      </w:r>
    </w:p>
    <w:p w14:paraId="3D6608D2" w14:textId="48FF90AA" w:rsidR="009E449F" w:rsidRDefault="00000000">
      <w:r>
        <w:t>Relationship: _______________________________</w:t>
      </w:r>
      <w:r w:rsidR="006522E4">
        <w:t>__________________________________________________________</w:t>
      </w:r>
    </w:p>
    <w:p w14:paraId="0E6D3FE7" w14:textId="05C728D0" w:rsidR="009E449F" w:rsidRDefault="00000000">
      <w:r>
        <w:t>Phone Number: _______________________________</w:t>
      </w:r>
      <w:r w:rsidR="006522E4">
        <w:t>________________________________________________________</w:t>
      </w:r>
    </w:p>
    <w:p w14:paraId="10392BB5" w14:textId="77777777" w:rsidR="009E449F" w:rsidRDefault="00000000">
      <w:pPr>
        <w:pStyle w:val="Heading1"/>
      </w:pPr>
      <w:r>
        <w:t>Availability</w:t>
      </w:r>
    </w:p>
    <w:p w14:paraId="7C4E675D" w14:textId="77777777" w:rsidR="009E449F" w:rsidRDefault="00000000">
      <w:r>
        <w:t>Days Available (check all that apply):</w:t>
      </w:r>
      <w:r>
        <w:br/>
        <w:t>☐ Monday ☐ Tuesday ☐ Wednesday ☐ Thursday ☐ Friday ☐ Saturday ☐ Sunday</w:t>
      </w:r>
    </w:p>
    <w:p w14:paraId="66E045DB" w14:textId="77777777" w:rsidR="009E449F" w:rsidRDefault="00000000">
      <w:r>
        <w:t>Times Available: __________________________________________</w:t>
      </w:r>
    </w:p>
    <w:p w14:paraId="44E4D220" w14:textId="77777777" w:rsidR="009E449F" w:rsidRDefault="00000000">
      <w:r>
        <w:t>Preferred Start Date: _____________________________________</w:t>
      </w:r>
    </w:p>
    <w:p w14:paraId="195E013A" w14:textId="77777777" w:rsidR="009E449F" w:rsidRDefault="00000000">
      <w:pPr>
        <w:pStyle w:val="Heading1"/>
      </w:pPr>
      <w:r>
        <w:t>Volunteer Interests</w:t>
      </w:r>
    </w:p>
    <w:p w14:paraId="42AADE31" w14:textId="77777777" w:rsidR="00C14812" w:rsidRDefault="00000000" w:rsidP="00C14812">
      <w:pPr>
        <w:spacing w:after="0"/>
      </w:pPr>
      <w:r>
        <w:t>Areas of Interest (check all that apply):</w:t>
      </w:r>
      <w:r>
        <w:br/>
        <w:t>☐ Event Support</w:t>
      </w:r>
    </w:p>
    <w:p w14:paraId="4661BB41" w14:textId="5D0CD557" w:rsidR="009E449F" w:rsidRDefault="00C14812" w:rsidP="00C14812">
      <w:pPr>
        <w:spacing w:after="0"/>
      </w:pPr>
      <w:r>
        <w:t xml:space="preserve">☐ </w:t>
      </w:r>
      <w:r>
        <w:t>Animal Shelter Operation</w:t>
      </w:r>
      <w:r w:rsidR="00982B77">
        <w:t>s</w:t>
      </w:r>
      <w:r w:rsidR="00000000">
        <w:br/>
        <w:t xml:space="preserve">☐ </w:t>
      </w:r>
      <w:r w:rsidR="006522E4">
        <w:t>Recycle Center</w:t>
      </w:r>
      <w:r w:rsidR="00000000">
        <w:br/>
        <w:t xml:space="preserve">☐ </w:t>
      </w:r>
      <w:r w:rsidR="006522E4">
        <w:t>Golf Curse</w:t>
      </w:r>
      <w:r w:rsidR="00000000">
        <w:br/>
        <w:t>☐ Other: ___________________________</w:t>
      </w:r>
    </w:p>
    <w:p w14:paraId="3E01A14B" w14:textId="77777777" w:rsidR="00982B77" w:rsidRDefault="00982B77" w:rsidP="00C14812">
      <w:pPr>
        <w:spacing w:after="0"/>
      </w:pPr>
    </w:p>
    <w:p w14:paraId="427672CF" w14:textId="77777777" w:rsidR="006522E4" w:rsidRDefault="00000000">
      <w:r>
        <w:t>Why do you want to volunteer with us?</w:t>
      </w:r>
      <w:r>
        <w:br/>
        <w:t>________________________</w:t>
      </w:r>
      <w:r w:rsidR="006522E4">
        <w:t>________________________________________________</w:t>
      </w:r>
      <w:r>
        <w:t>_________________________________</w:t>
      </w:r>
    </w:p>
    <w:p w14:paraId="2E597465" w14:textId="0B43C8AE" w:rsidR="009E449F" w:rsidRDefault="00000000">
      <w:r>
        <w:br/>
        <w:t>_________________________________________________________</w:t>
      </w:r>
      <w:r w:rsidR="006522E4">
        <w:t>________________________________________________</w:t>
      </w:r>
    </w:p>
    <w:p w14:paraId="60190B7C" w14:textId="77777777" w:rsidR="00EC0659" w:rsidRDefault="00000000">
      <w:r>
        <w:t>Do you have any relevant experience or skills?</w:t>
      </w:r>
    </w:p>
    <w:p w14:paraId="112B6905" w14:textId="403F8689" w:rsidR="006522E4" w:rsidRDefault="00000000">
      <w:r>
        <w:br/>
        <w:t>_________________________________________________________</w:t>
      </w:r>
      <w:r w:rsidR="006522E4">
        <w:t>________________________________________________</w:t>
      </w:r>
    </w:p>
    <w:p w14:paraId="38D320FB" w14:textId="748EB2AE" w:rsidR="009E449F" w:rsidRDefault="00000000">
      <w:r>
        <w:br/>
        <w:t>_________________________________________________________</w:t>
      </w:r>
      <w:r w:rsidR="006522E4">
        <w:t>________________________________________________</w:t>
      </w:r>
    </w:p>
    <w:p w14:paraId="16A5124E" w14:textId="77777777" w:rsidR="009E449F" w:rsidRDefault="00000000">
      <w:pPr>
        <w:pStyle w:val="Heading1"/>
      </w:pPr>
      <w:r>
        <w:t>Other Information</w:t>
      </w:r>
    </w:p>
    <w:p w14:paraId="55BBFB00" w14:textId="51E381AB" w:rsidR="009E449F" w:rsidRDefault="00000000">
      <w:r>
        <w:t>Do you have any physical limitations or health conditions we should be aware of?</w:t>
      </w:r>
      <w:r>
        <w:br/>
        <w:t>☐ Yes ☐ No</w:t>
      </w:r>
      <w:r>
        <w:br/>
        <w:t>If yes, please explain:</w:t>
      </w:r>
      <w:r>
        <w:br/>
        <w:t>______________________________________________</w:t>
      </w:r>
      <w:r w:rsidR="006522E4">
        <w:t>_______________________________________________</w:t>
      </w:r>
      <w:r>
        <w:t>___________</w:t>
      </w:r>
    </w:p>
    <w:p w14:paraId="2798FF7A" w14:textId="64B9CD4A" w:rsidR="009E449F" w:rsidRDefault="00000000">
      <w:r>
        <w:t>Have you ever been convicted of a felony</w:t>
      </w:r>
      <w:r w:rsidR="00982B77">
        <w:t xml:space="preserve"> or animal cruelty</w:t>
      </w:r>
      <w:r>
        <w:t>?</w:t>
      </w:r>
      <w:r>
        <w:br/>
        <w:t>☐ Yes ☐ No</w:t>
      </w:r>
      <w:r>
        <w:br/>
        <w:t>If yes, please explain:</w:t>
      </w:r>
      <w:r>
        <w:br/>
        <w:t>___________________________________</w:t>
      </w:r>
      <w:r w:rsidR="006522E4">
        <w:t>_______________________________________________</w:t>
      </w:r>
      <w:r>
        <w:t>______________________</w:t>
      </w:r>
    </w:p>
    <w:p w14:paraId="41BA9945" w14:textId="77777777" w:rsidR="006522E4" w:rsidRDefault="006522E4"/>
    <w:p w14:paraId="338DA1F2" w14:textId="77777777" w:rsidR="009E449F" w:rsidRDefault="00000000">
      <w:pPr>
        <w:pStyle w:val="Heading1"/>
      </w:pPr>
      <w:bookmarkStart w:id="0" w:name="_Hlk200449289"/>
      <w:r>
        <w:t>Agreement</w:t>
      </w:r>
    </w:p>
    <w:p w14:paraId="5B8A8459" w14:textId="77777777" w:rsidR="009E449F" w:rsidRDefault="00000000">
      <w:r>
        <w:t>I certify that the above information is true and complete to the best of my knowledge. I understand that submitting this application does not guarantee acceptance as a volunteer.</w:t>
      </w:r>
    </w:p>
    <w:bookmarkEnd w:id="0"/>
    <w:p w14:paraId="78A9DE19" w14:textId="2A30147F" w:rsidR="009E449F" w:rsidRDefault="00000000">
      <w:r>
        <w:br/>
        <w:t>Signature: _____________________</w:t>
      </w:r>
      <w:r w:rsidR="006522E4">
        <w:t>__________________________________________</w:t>
      </w:r>
      <w:r w:rsidR="00982B77">
        <w:t xml:space="preserve"> </w:t>
      </w:r>
      <w:r>
        <w:t>Date: ______________________</w:t>
      </w:r>
    </w:p>
    <w:sectPr w:rsidR="009E44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814872">
    <w:abstractNumId w:val="8"/>
  </w:num>
  <w:num w:numId="2" w16cid:durableId="1877885462">
    <w:abstractNumId w:val="6"/>
  </w:num>
  <w:num w:numId="3" w16cid:durableId="1269196980">
    <w:abstractNumId w:val="5"/>
  </w:num>
  <w:num w:numId="4" w16cid:durableId="1263997406">
    <w:abstractNumId w:val="4"/>
  </w:num>
  <w:num w:numId="5" w16cid:durableId="1195730190">
    <w:abstractNumId w:val="7"/>
  </w:num>
  <w:num w:numId="6" w16cid:durableId="1589534827">
    <w:abstractNumId w:val="3"/>
  </w:num>
  <w:num w:numId="7" w16cid:durableId="535697421">
    <w:abstractNumId w:val="2"/>
  </w:num>
  <w:num w:numId="8" w16cid:durableId="2129544856">
    <w:abstractNumId w:val="1"/>
  </w:num>
  <w:num w:numId="9" w16cid:durableId="150929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B57"/>
    <w:rsid w:val="0015074B"/>
    <w:rsid w:val="0029639D"/>
    <w:rsid w:val="00326F90"/>
    <w:rsid w:val="003C2489"/>
    <w:rsid w:val="006522E4"/>
    <w:rsid w:val="00755960"/>
    <w:rsid w:val="00982B77"/>
    <w:rsid w:val="009E449F"/>
    <w:rsid w:val="00AA1D8D"/>
    <w:rsid w:val="00AC7C5D"/>
    <w:rsid w:val="00B47730"/>
    <w:rsid w:val="00C14812"/>
    <w:rsid w:val="00CB0664"/>
    <w:rsid w:val="00EC06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A0844E"/>
  <w14:defaultImageDpi w14:val="300"/>
  <w15:docId w15:val="{43061A5B-7F57-4E28-B8F0-BA0FA103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420</Words>
  <Characters>2175</Characters>
  <Application>Microsoft Office Word</Application>
  <DocSecurity>0</DocSecurity>
  <Lines>77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Alona Niebergall</cp:lastModifiedBy>
  <cp:revision>4</cp:revision>
  <dcterms:created xsi:type="dcterms:W3CDTF">2025-05-27T13:34:00Z</dcterms:created>
  <dcterms:modified xsi:type="dcterms:W3CDTF">2025-06-10T22:52:00Z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e299610c-41f4-4ec3-845e-830cde793b02</vt:lpwstr>
  </property>
</Properties>
</file>